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Curriculum Vitae (CV)</w:t>
      </w:r>
    </w:p>
    <w:p>
      <w:pPr>
        <w:pStyle w:val="Heading1"/>
      </w:pPr>
      <w:r>
        <w:t>Contact Information</w:t>
      </w:r>
    </w:p>
    <w:p>
      <w:r>
        <w:br/>
        <w:t xml:space="preserve">Name: [Your Full Name]  </w:t>
        <w:br/>
        <w:t xml:space="preserve">Phone: [080X XXX XXXX]  </w:t>
        <w:br/>
        <w:t xml:space="preserve">Email: [yourname@email.com]  </w:t>
        <w:br/>
        <w:t>LinkedIn: [linkedin.com/in/yourname]</w:t>
        <w:br/>
      </w:r>
    </w:p>
    <w:p>
      <w:pPr>
        <w:pStyle w:val="Heading1"/>
      </w:pPr>
      <w:r>
        <w:t>Personal Statement</w:t>
      </w:r>
    </w:p>
    <w:p>
      <w:r>
        <w:br/>
        <w:t>A highly motivated [Your Profession] with [X] years’ experience in [Key Skill Areas]. Proven ability to [Achievement or Skill]. Seeking a challenging role where I can contribute to organizational growth and success.</w:t>
        <w:br/>
      </w:r>
    </w:p>
    <w:p>
      <w:pPr>
        <w:pStyle w:val="Heading1"/>
      </w:pPr>
      <w:r>
        <w:t>Core Skills</w:t>
      </w:r>
    </w:p>
    <w:p>
      <w:r>
        <w:br/>
        <w:t xml:space="preserve">- [Skill 1]  </w:t>
        <w:br/>
        <w:t xml:space="preserve">- [Skill 2]  </w:t>
        <w:br/>
        <w:t xml:space="preserve">- [Skill 3]  </w:t>
        <w:br/>
        <w:t xml:space="preserve">- [Skill 4]  </w:t>
        <w:br/>
        <w:t>- [Skill 5]</w:t>
        <w:br/>
      </w:r>
    </w:p>
    <w:p>
      <w:pPr>
        <w:pStyle w:val="Heading1"/>
      </w:pPr>
      <w:r>
        <w:t>Work Experience</w:t>
      </w:r>
    </w:p>
    <w:p>
      <w:r>
        <w:br/>
        <w:t xml:space="preserve">[Job Title] – [Company Name]  </w:t>
        <w:br/>
        <w:t xml:space="preserve">[Month, Year] – [Month, Year]  </w:t>
        <w:br/>
        <w:t xml:space="preserve">- [Responsibility or achievement 1]  </w:t>
        <w:br/>
        <w:t xml:space="preserve">- [Responsibility or achievement 2]  </w:t>
        <w:br/>
        <w:t>- [Responsibility or achievement 3]</w:t>
        <w:br/>
      </w:r>
    </w:p>
    <w:p>
      <w:pPr>
        <w:pStyle w:val="Heading1"/>
      </w:pPr>
      <w:r>
        <w:t>Education</w:t>
      </w:r>
    </w:p>
    <w:p>
      <w:r>
        <w:br/>
        <w:t xml:space="preserve">[Degree] – [Institution Name]  </w:t>
        <w:br/>
        <w:t xml:space="preserve">[Year]  </w:t>
        <w:br/>
        <w:t>Grade: [e.g., Second Class Upper (2:1)]</w:t>
        <w:br/>
      </w:r>
    </w:p>
    <w:p>
      <w:pPr>
        <w:pStyle w:val="Heading1"/>
      </w:pPr>
      <w:r>
        <w:t>Certifications &amp; Trainings</w:t>
      </w:r>
    </w:p>
    <w:p>
      <w:r>
        <w:br/>
        <w:t xml:space="preserve">- [Certification Name – Year]  </w:t>
        <w:br/>
        <w:t>- [Training or Course – Year]</w:t>
        <w:br/>
      </w:r>
    </w:p>
    <w:p>
      <w:pPr>
        <w:pStyle w:val="Heading1"/>
      </w:pPr>
      <w:r>
        <w:t>Referees</w:t>
      </w:r>
    </w:p>
    <w:p>
      <w:r>
        <w:t>Available on request.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